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40"/>
          <w:rtl/>
          <w:szCs w:val="40"/>
          <w:bCs/>
        </w:rPr>
        <w:t>🎲 כרטיסי האתגר השבועי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2"/>
          <w:rtl/>
          <w:szCs w:val="22"/>
        </w:rPr>
        <w:t>גוזרים, מערבבים ומגרילים אתגר לשבוע.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🌱 יסודי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שבוע של תודה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כל יום אומרים תודה למישהו/י אחר/ת – בבית ובבית הספר.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שבוע מחמאות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מחמאה אמיתית אחת בכל יום, למישהו/י אחר/ת בכל פעם.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שומרי הכיתה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כל יום אוספים 5 דברים מהרצפה ומשאירים פינה נקייה.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חבר/ה להפסקה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כל יום מזמינים מישהו/י אחר/ת לשחק איתנו.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עוזרים בבית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משימה אחת ביום בבית – בלי שמבקשים מאיתנו.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פתקי שמחה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כותבים 3 פתקים נחמדים השבוע ומשאירים בהפתעה.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שומרי כדור הארץ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כל יום סוגרים ברז, מכבים אור או ממחזרים משהו.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מקשיבים עד הסוף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כל יום מקשיבים לחבר/ה בלי לקטוע – עד הסוף.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מארחים מצטיינים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עוזרים למישהו/י חדש/ה להרגיש בבית – מראים, מסבירים, מזמינים.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ספר במתנה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מביאים ספר או משחק שכבר לא צריך לפינת השיתוף.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שלום לסבא ולסבתא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מתקשרים, מציירים או כותבים למבוגר/ת שאנחנו אוהבים.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מפרגנים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כל יום אומרים ״כל הכבוד״ למי שהצליח/ה או התאמץ/ה.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📘 חט״ב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שבוע בלי עקיצות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ברשת ובכיתה – רק תגובות מפרגנות, בלי עקיצות ובלי ״סתם צחוק״.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חסרת לנו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כל פעם שמישהו/י נעדר/ת – שולחים הודעה וסיכום.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שעה לקהילה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מוצאים שעה אחת השבוע להתנדב: שכנים, גינה, עמותה.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תודה לצוות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כותבים פתק תודה לאיש/אשת צוות שאף אחד לא מודה לו/ה.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מורה ליום אחד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מלמדים מישהו/י משהו שאנחנו טובים בו.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ממחזרים בבית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מפרידים פסולת כל השבוע ומשכנעים עוד בן/בת משפחה אחד/ת.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הטלפון בצד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בארוחות ובשיחות – הטלפון בצד, והאוזניים פתוחות.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מזמינים את מי שבצד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כל יום מצרפים מישהו/י שנראה/ית לבד – להפסקה, לקבוצה, לשיחה.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פינת שיתוף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מקימים בכיתה פינה לציוד ולספרים לשיתוף.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עוצרים שמועה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לא מעבירים הלאה שום דבר פוגע – וכשאפשר, אומרים ״די״.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שכנים טובים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מציעים עזרה לשכן/ה: קניות, מחשב, השקיה.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גשר לחבר/ה חדש/ה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עובדים בזוג עם מי שעוד לא מכירים טוב.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🎓 חט״ע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שעתיים לקהילה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מתנדבים לפחות שעתיים בארגון או במסגרת בקהילה.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🗺️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מיפוי צורך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מדברים עם 3 אנשים בשכונה ושואלים: מה חסר כאן?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חונכות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פוגשים תלמיד/ה צעיר/ה פעמיים השבוע ללמידה או לשיחה.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שיח מכבד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בכל ויכוח השבוע – קודם מסכמים את דעת השני/ה, ורק אז עונים.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בודקים לפני ששולחים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לא משתפים שום ידיעה בלי לבדוק את המקור.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שיחה שמחממת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מתקשרים או מבקרים אדם מבוגר שחי לבד.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איסוף ציוד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מארגנים עם הכיתה איסוף מזון, בגדים או ציוד למי שצריך.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יוזמה לבית הספר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כותבים הצעה מסודרת לשיפור אחד ומגישים למועצת התלמידים.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שבוע נגישות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מזהים מחסום אחד בבית הספר או בשכונה ומציעים פתרון.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מכתב הוקרה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כותבים מכתב הוקרה לאיש/אשת צוות או לאדם מהקהילה.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שפה משותפת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עוזרים לעולה חדש/ה בשפה, בטופס או בהתמצאות.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בלי חד-פעמי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שבוע שלם עם בקבוק וקופסה רב-פעמיים – ומעודדים חבר/ה להצטרף.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🟢 עולים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כׇּל יוֹם תּוֹדָה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6"/>
                <w:rtl/>
                <w:szCs w:val="26"/>
              </w:rPr>
              <w:t>כׇּל יוֹם אוֹמְרִים ״תּוֹדָה״ לְמִישֶׁהוּ.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שָׁלוֹם וְחִיּוּךְ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6"/>
                <w:rtl/>
                <w:szCs w:val="26"/>
              </w:rPr>
              <w:t>כׇּל יוֹם מְחַיְּכִים וְאוֹמְרִים ״שָׁלוֹם״.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עוֹזְרִים בַּבַּיִת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6"/>
                <w:rtl/>
                <w:szCs w:val="26"/>
              </w:rPr>
              <w:t>כׇּל יוֹם עוֹזְרִים בְּמַשֶּׁהוּ קָטָן בַּבַּיִת.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מְשַׂחֲקִים יַחַד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6"/>
                <w:rtl/>
                <w:szCs w:val="26"/>
              </w:rPr>
              <w:t>מַזְמִינִים חָבֵר אוֹ חֲבֵרָה לְשַׂחֵק.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מִלָּה תְּמוּרַת מִלָּה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6"/>
                <w:rtl/>
                <w:szCs w:val="26"/>
              </w:rPr>
              <w:t>לוֹמְדִים מִלָּה בְּעִבְרִית וּמְלַמְּדִים מִלָּה בַּשָּׂפָה שֶׁלִּי.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כִּתָּה נְקִיָּה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6"/>
                <w:rtl/>
                <w:szCs w:val="26"/>
              </w:rPr>
              <w:t>שׁוֹמְרִים עַל כִּתָּה נְקִיָּה.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פֶּתֶק יָפֶה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6"/>
                <w:rtl/>
                <w:szCs w:val="26"/>
              </w:rPr>
              <w:t>כּוֹתְבִים פֶּתֶק יָפֶה לְמִישֶׁהוּ.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עוֹזְרִים בַּשִּׁעוּר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6"/>
                <w:rtl/>
                <w:szCs w:val="26"/>
              </w:rPr>
              <w:t>עוֹזְרִים לְמִישֶׁהוּ בַּשִּׁעוּר.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⭐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אומרים תודה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כל יום אומרים תודה.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מסדרים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מסדרים את הכיסא והתיק.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אומרים שלום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אומרים שלום בבוקר.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עוזרים לחבר/ה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עוזרים לחבר/ה.</w:t>
            </w:r>
          </w:p>
        </w:tc>
      </w:tr>
      <w:tr>
        <w:trPr>
          <w:trHeight w:val="204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סוגרים ברז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סוגרים את הברז.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6"/>
                <w:rtl/>
                <w:szCs w:val="26"/>
                <w:bCs/>
              </w:rPr>
              <w:t>משקים עציץ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משקים את העציץ בכיתה.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40"/>
          <w:rtl/>
          <w:szCs w:val="40"/>
          <w:bCs/>
        </w:rPr>
        <w:t>🪪 הכרטיס שלי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8"/>
          <w:rtl/>
          <w:szCs w:val="28"/>
          <w:bCs/>
        </w:rPr>
        <w:t>🪪 הכרטיס שלי – האתגר השבועי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שם: ______________   האתגר שלי: 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א׳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ב׳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ג׳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ד׳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ה׳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ו׳ ☐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2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איך הרגשתי? (הקיפו) 😊 😃 🤩 😌 🤔     את מי זה שימח? ______________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8"/>
          <w:rtl/>
          <w:szCs w:val="28"/>
          <w:bCs/>
        </w:rPr>
        <w:t>🪪 הכרטיס שלי – האתגר השבועי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שם: ______________   האתגר שלי: 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א׳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ב׳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ג׳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ד׳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ה׳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ו׳ ☐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2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איך הרגשתי? (הקיפו) 😊 😃 🤩 😌 🤔     את מי זה שימח? ______________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8"/>
          <w:rtl/>
          <w:szCs w:val="28"/>
          <w:bCs/>
        </w:rPr>
        <w:t>🪪 הכרטיס שלי – האתגר השבועי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שם: ______________   האתגר שלי: 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א׳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ב׳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ג׳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ד׳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ה׳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ו׳ ☐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2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איך הרגשתי? (הקיפו) 😊 😃 🤩 😌 🤔     את מי זה שימח? ______________</w:t>
      </w: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