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0"/>
        <w:jc w:val="center"/>
      </w:pPr>
      <w:r>
        <w:rPr>
          <w:rFonts w:ascii="Arial" w:hAnsi="Arial" w:cs="Arial"/>
          <w:b w:val="0"/>
          <w:color w:val="2E1F2A"/>
          <w:sz w:val="160"/>
          <w:rtl/>
          <w:szCs w:val="160"/>
        </w:rPr>
        <w:t>💛</w:t>
      </w:r>
    </w:p>
    <w:p>
      <w:pPr>
        <w:bidi/>
        <w:spacing w:after="80"/>
        <w:jc w:val="center"/>
      </w:pPr>
      <w:r>
        <w:rPr>
          <w:rFonts w:ascii="Arial" w:hAnsi="Arial" w:cs="Arial"/>
          <w:b/>
          <w:color w:val="C2412F"/>
          <w:sz w:val="80"/>
          <w:rtl/>
          <w:szCs w:val="80"/>
          <w:bCs/>
        </w:rPr>
        <w:t>מעשה קטן, לב גדול</w:t>
      </w:r>
    </w:p>
    <w:p>
      <w:pPr>
        <w:bidi/>
        <w:spacing w:after="240"/>
        <w:jc w:val="center"/>
      </w:pPr>
      <w:r>
        <w:rPr>
          <w:rFonts w:ascii="Arial" w:hAnsi="Arial" w:cs="Arial"/>
          <w:b w:val="0"/>
          <w:color w:val="2E1F2A"/>
          <w:sz w:val="36"/>
          <w:rtl/>
          <w:szCs w:val="36"/>
        </w:rPr>
        <w:t>כל אחד ואחת יכולים לשנות משהו – היום.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rPr>
          <w:trHeight w:val="1474"/>
        </w:trPr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2"/>
                <w:rtl/>
                <w:szCs w:val="52"/>
              </w:rPr>
              <w:t>😊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32"/>
                <w:rtl/>
                <w:szCs w:val="32"/>
                <w:bCs/>
              </w:rPr>
              <w:t>חיוך ובוקר טוב</w:t>
            </w:r>
          </w:p>
        </w:tc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2"/>
                <w:rtl/>
                <w:szCs w:val="52"/>
              </w:rPr>
              <w:t>⚽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32"/>
                <w:rtl/>
                <w:szCs w:val="32"/>
                <w:bCs/>
              </w:rPr>
              <w:t>מזמינים להצטרף</w:t>
            </w:r>
          </w:p>
        </w:tc>
      </w:tr>
      <w:tr>
        <w:trPr>
          <w:trHeight w:val="1474"/>
        </w:trPr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2"/>
                <w:rtl/>
                <w:szCs w:val="52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32"/>
                <w:rtl/>
                <w:szCs w:val="32"/>
                <w:bCs/>
              </w:rPr>
              <w:t>מקשיבים עד הסוף</w:t>
            </w:r>
          </w:p>
        </w:tc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2"/>
                <w:rtl/>
                <w:szCs w:val="52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32"/>
                <w:rtl/>
                <w:szCs w:val="32"/>
                <w:bCs/>
              </w:rPr>
              <w:t>אומרים תודה</w:t>
            </w:r>
          </w:p>
        </w:tc>
      </w:tr>
      <w:tr>
        <w:trPr>
          <w:trHeight w:val="1474"/>
        </w:trPr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2"/>
                <w:rtl/>
                <w:szCs w:val="52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32"/>
                <w:rtl/>
                <w:szCs w:val="32"/>
                <w:bCs/>
              </w:rPr>
              <w:t>שומרים על המקום</w:t>
            </w:r>
          </w:p>
        </w:tc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2"/>
                <w:rtl/>
                <w:szCs w:val="52"/>
              </w:rPr>
              <w:t>💬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32"/>
                <w:rtl/>
                <w:szCs w:val="32"/>
                <w:bCs/>
              </w:rPr>
              <w:t>מילה טובה</w:t>
            </w:r>
          </w:p>
        </w:tc>
      </w:tr>
      <w:tr>
        <w:trPr>
          <w:trHeight w:val="1474"/>
        </w:trPr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2"/>
                <w:rtl/>
                <w:szCs w:val="52"/>
              </w:rPr>
              <w:t>🏘️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32"/>
                <w:rtl/>
                <w:szCs w:val="32"/>
                <w:bCs/>
              </w:rPr>
              <w:t>שעה לקהילה</w:t>
            </w:r>
          </w:p>
        </w:tc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2"/>
                <w:rtl/>
                <w:szCs w:val="52"/>
              </w:rPr>
              <w:t>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E1F2A"/>
                <w:sz w:val="32"/>
                <w:rtl/>
                <w:szCs w:val="32"/>
                <w:bCs/>
              </w:rPr>
              <w:t>לא מעבירים הלאה פגיעה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80"/>
        <w:jc w:val="center"/>
      </w:pPr>
      <w:r>
        <w:rPr>
          <w:rFonts w:ascii="Arial" w:hAnsi="Arial" w:cs="Arial"/>
          <w:b w:val="0"/>
          <w:color w:val="2E1F2A"/>
          <w:sz w:val="28"/>
          <w:rtl/>
          <w:szCs w:val="28"/>
        </w:rPr>
        <w:t>✋ עזרה מכבדת מתחילה בשאלה: ״רוצה עזרה?״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40"/>
          <w:rtl/>
          <w:szCs w:val="40"/>
          <w:bCs/>
        </w:rPr>
        <w:t>🫶 צנצנת הכיתה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4"/>
          <w:rtl/>
          <w:szCs w:val="24"/>
        </w:rPr>
        <w:t>כל מעשה טוב בכיתה = צובעים לב אחד. המטרה שלנו: ______ לבבות.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701"/>
        <w:gridCol w:w="1701"/>
        <w:gridCol w:w="1701"/>
        <w:gridCol w:w="1701"/>
        <w:gridCol w:w="1701"/>
        <w:gridCol w:w="1701"/>
      </w:tblGrid>
      <w:tr>
        <w:trPr>
          <w:trHeight w:val="1247"/>
        </w:trPr>
        <w:tc>
          <w:tcPr>
            <w:tcW w:type="dxa" w:w="170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60"/>
                <w:rtl/>
                <w:szCs w:val="60"/>
              </w:rPr>
              <w:t>♡</w:t>
            </w:r>
          </w:p>
        </w:tc>
        <w:tc>
          <w:tcPr>
            <w:tcW w:type="dxa" w:w="170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60"/>
                <w:rtl/>
                <w:szCs w:val="60"/>
              </w:rPr>
              <w:t>♡</w:t>
            </w:r>
          </w:p>
        </w:tc>
        <w:tc>
          <w:tcPr>
            <w:tcW w:type="dxa" w:w="170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60"/>
                <w:rtl/>
                <w:szCs w:val="60"/>
              </w:rPr>
              <w:t>♡</w:t>
            </w:r>
          </w:p>
        </w:tc>
        <w:tc>
          <w:tcPr>
            <w:tcW w:type="dxa" w:w="170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60"/>
                <w:rtl/>
                <w:szCs w:val="60"/>
              </w:rPr>
              <w:t>♡</w:t>
            </w:r>
          </w:p>
        </w:tc>
        <w:tc>
          <w:tcPr>
            <w:tcW w:type="dxa" w:w="170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60"/>
                <w:rtl/>
                <w:szCs w:val="60"/>
              </w:rPr>
              <w:t>♡</w:t>
            </w:r>
          </w:p>
        </w:tc>
        <w:tc>
          <w:tcPr>
            <w:tcW w:type="dxa" w:w="170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60"/>
                <w:rtl/>
                <w:szCs w:val="60"/>
              </w:rPr>
              <w:t>♡</w:t>
            </w:r>
          </w:p>
        </w:tc>
      </w:tr>
      <w:tr>
        <w:trPr>
          <w:trHeight w:val="1247"/>
        </w:trPr>
        <w:tc>
          <w:tcPr>
            <w:tcW w:type="dxa" w:w="170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60"/>
                <w:rtl/>
                <w:szCs w:val="60"/>
              </w:rPr>
              <w:t>♡</w:t>
            </w:r>
          </w:p>
        </w:tc>
        <w:tc>
          <w:tcPr>
            <w:tcW w:type="dxa" w:w="170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60"/>
                <w:rtl/>
                <w:szCs w:val="60"/>
              </w:rPr>
              <w:t>♡</w:t>
            </w:r>
          </w:p>
        </w:tc>
        <w:tc>
          <w:tcPr>
            <w:tcW w:type="dxa" w:w="170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60"/>
                <w:rtl/>
                <w:szCs w:val="60"/>
              </w:rPr>
              <w:t>♡</w:t>
            </w:r>
          </w:p>
        </w:tc>
        <w:tc>
          <w:tcPr>
            <w:tcW w:type="dxa" w:w="170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60"/>
                <w:rtl/>
                <w:szCs w:val="60"/>
              </w:rPr>
              <w:t>♡</w:t>
            </w:r>
          </w:p>
        </w:tc>
        <w:tc>
          <w:tcPr>
            <w:tcW w:type="dxa" w:w="170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60"/>
                <w:rtl/>
                <w:szCs w:val="60"/>
              </w:rPr>
              <w:t>♡</w:t>
            </w:r>
          </w:p>
        </w:tc>
        <w:tc>
          <w:tcPr>
            <w:tcW w:type="dxa" w:w="170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60"/>
                <w:rtl/>
                <w:szCs w:val="60"/>
              </w:rPr>
              <w:t>♡</w:t>
            </w:r>
          </w:p>
        </w:tc>
      </w:tr>
      <w:tr>
        <w:trPr>
          <w:trHeight w:val="1247"/>
        </w:trPr>
        <w:tc>
          <w:tcPr>
            <w:tcW w:type="dxa" w:w="170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60"/>
                <w:rtl/>
                <w:szCs w:val="60"/>
              </w:rPr>
              <w:t>♡</w:t>
            </w:r>
          </w:p>
        </w:tc>
        <w:tc>
          <w:tcPr>
            <w:tcW w:type="dxa" w:w="170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60"/>
                <w:rtl/>
                <w:szCs w:val="60"/>
              </w:rPr>
              <w:t>♡</w:t>
            </w:r>
          </w:p>
        </w:tc>
        <w:tc>
          <w:tcPr>
            <w:tcW w:type="dxa" w:w="170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60"/>
                <w:rtl/>
                <w:szCs w:val="60"/>
              </w:rPr>
              <w:t>♡</w:t>
            </w:r>
          </w:p>
        </w:tc>
        <w:tc>
          <w:tcPr>
            <w:tcW w:type="dxa" w:w="170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60"/>
                <w:rtl/>
                <w:szCs w:val="60"/>
              </w:rPr>
              <w:t>♡</w:t>
            </w:r>
          </w:p>
        </w:tc>
        <w:tc>
          <w:tcPr>
            <w:tcW w:type="dxa" w:w="170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60"/>
                <w:rtl/>
                <w:szCs w:val="60"/>
              </w:rPr>
              <w:t>♡</w:t>
            </w:r>
          </w:p>
        </w:tc>
        <w:tc>
          <w:tcPr>
            <w:tcW w:type="dxa" w:w="170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60"/>
                <w:rtl/>
                <w:szCs w:val="60"/>
              </w:rPr>
              <w:t>♡</w:t>
            </w:r>
          </w:p>
        </w:tc>
      </w:tr>
      <w:tr>
        <w:trPr>
          <w:trHeight w:val="1247"/>
        </w:trPr>
        <w:tc>
          <w:tcPr>
            <w:tcW w:type="dxa" w:w="170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60"/>
                <w:rtl/>
                <w:szCs w:val="60"/>
              </w:rPr>
              <w:t>♡</w:t>
            </w:r>
          </w:p>
        </w:tc>
        <w:tc>
          <w:tcPr>
            <w:tcW w:type="dxa" w:w="170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60"/>
                <w:rtl/>
                <w:szCs w:val="60"/>
              </w:rPr>
              <w:t>♡</w:t>
            </w:r>
          </w:p>
        </w:tc>
        <w:tc>
          <w:tcPr>
            <w:tcW w:type="dxa" w:w="170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60"/>
                <w:rtl/>
                <w:szCs w:val="60"/>
              </w:rPr>
              <w:t>♡</w:t>
            </w:r>
          </w:p>
        </w:tc>
        <w:tc>
          <w:tcPr>
            <w:tcW w:type="dxa" w:w="170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60"/>
                <w:rtl/>
                <w:szCs w:val="60"/>
              </w:rPr>
              <w:t>♡</w:t>
            </w:r>
          </w:p>
        </w:tc>
        <w:tc>
          <w:tcPr>
            <w:tcW w:type="dxa" w:w="170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60"/>
                <w:rtl/>
                <w:szCs w:val="60"/>
              </w:rPr>
              <w:t>♡</w:t>
            </w:r>
          </w:p>
        </w:tc>
        <w:tc>
          <w:tcPr>
            <w:tcW w:type="dxa" w:w="170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60"/>
                <w:rtl/>
                <w:szCs w:val="60"/>
              </w:rPr>
              <w:t>♡</w:t>
            </w:r>
          </w:p>
        </w:tc>
      </w:tr>
      <w:tr>
        <w:trPr>
          <w:trHeight w:val="1247"/>
        </w:trPr>
        <w:tc>
          <w:tcPr>
            <w:tcW w:type="dxa" w:w="170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60"/>
                <w:rtl/>
                <w:szCs w:val="60"/>
              </w:rPr>
              <w:t>♡</w:t>
            </w:r>
          </w:p>
        </w:tc>
        <w:tc>
          <w:tcPr>
            <w:tcW w:type="dxa" w:w="170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60"/>
                <w:rtl/>
                <w:szCs w:val="60"/>
              </w:rPr>
              <w:t>♡</w:t>
            </w:r>
          </w:p>
        </w:tc>
        <w:tc>
          <w:tcPr>
            <w:tcW w:type="dxa" w:w="170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60"/>
                <w:rtl/>
                <w:szCs w:val="60"/>
              </w:rPr>
              <w:t>♡</w:t>
            </w:r>
          </w:p>
        </w:tc>
        <w:tc>
          <w:tcPr>
            <w:tcW w:type="dxa" w:w="170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60"/>
                <w:rtl/>
                <w:szCs w:val="60"/>
              </w:rPr>
              <w:t>♡</w:t>
            </w:r>
          </w:p>
        </w:tc>
        <w:tc>
          <w:tcPr>
            <w:tcW w:type="dxa" w:w="170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60"/>
                <w:rtl/>
                <w:szCs w:val="60"/>
              </w:rPr>
              <w:t>♡</w:t>
            </w:r>
          </w:p>
        </w:tc>
        <w:tc>
          <w:tcPr>
            <w:tcW w:type="dxa" w:w="170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60"/>
                <w:rtl/>
                <w:szCs w:val="60"/>
              </w:rPr>
              <w:t>♡</w:t>
            </w:r>
          </w:p>
        </w:tc>
      </w:tr>
      <w:tr>
        <w:trPr>
          <w:trHeight w:val="1247"/>
        </w:trPr>
        <w:tc>
          <w:tcPr>
            <w:tcW w:type="dxa" w:w="170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60"/>
                <w:rtl/>
                <w:szCs w:val="60"/>
              </w:rPr>
              <w:t>♡</w:t>
            </w:r>
          </w:p>
        </w:tc>
        <w:tc>
          <w:tcPr>
            <w:tcW w:type="dxa" w:w="170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60"/>
                <w:rtl/>
                <w:szCs w:val="60"/>
              </w:rPr>
              <w:t>♡</w:t>
            </w:r>
          </w:p>
        </w:tc>
        <w:tc>
          <w:tcPr>
            <w:tcW w:type="dxa" w:w="170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60"/>
                <w:rtl/>
                <w:szCs w:val="60"/>
              </w:rPr>
              <w:t>♡</w:t>
            </w:r>
          </w:p>
        </w:tc>
        <w:tc>
          <w:tcPr>
            <w:tcW w:type="dxa" w:w="170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60"/>
                <w:rtl/>
                <w:szCs w:val="60"/>
              </w:rPr>
              <w:t>♡</w:t>
            </w:r>
          </w:p>
        </w:tc>
        <w:tc>
          <w:tcPr>
            <w:tcW w:type="dxa" w:w="170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60"/>
                <w:rtl/>
                <w:szCs w:val="60"/>
              </w:rPr>
              <w:t>♡</w:t>
            </w:r>
          </w:p>
        </w:tc>
        <w:tc>
          <w:tcPr>
            <w:tcW w:type="dxa" w:w="170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60"/>
                <w:rtl/>
                <w:szCs w:val="60"/>
              </w:rPr>
              <w:t>♡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4"/>
          <w:rtl/>
          <w:szCs w:val="24"/>
        </w:rPr>
        <w:t>המעשים שלנו השבוע: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color w:val="2E1F2A"/>
          <w:sz w:val="24"/>
          <w:rtl/>
          <w:szCs w:val="24"/>
        </w:rPr>
        <w:t>________________________________________________________________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color w:val="2E1F2A"/>
          <w:sz w:val="24"/>
          <w:rtl/>
          <w:szCs w:val="24"/>
        </w:rPr>
        <w:t>________________________________________________________________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color w:val="2E1F2A"/>
          <w:sz w:val="24"/>
          <w:rtl/>
          <w:szCs w:val="24"/>
        </w:rPr>
        <w:t>________________________________________________________________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color w:val="2E1F2A"/>
          <w:sz w:val="24"/>
          <w:rtl/>
          <w:szCs w:val="24"/>
        </w:rPr>
        <w:t>________________________________________________________________</w:t>
      </w:r>
    </w:p>
    <w:p>
      <w:pPr>
        <w:bidi/>
        <w:spacing w:after="80" w:before="200"/>
        <w:jc w:val="right"/>
      </w:pPr>
      <w:r>
        <w:drawing>
          <wp:inline xmlns:a="http://schemas.openxmlformats.org/drawingml/2006/main" xmlns:pic="http://schemas.openxmlformats.org/drawingml/2006/picture">
            <wp:extent cx="288000" cy="28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8000" cy="288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color w:val="2E1F2A"/>
          <w:sz w:val="20"/>
          <w:rtl/>
          <w:szCs w:val="20"/>
          <w:bCs/>
        </w:rPr>
        <w:t xml:space="preserve">  יצרה: רוית ראש בן ישי · 💛 מעשה קטן, לב גדול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