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👩‍🏫 מעשה קטן, לב גדול – מדריך למורה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🎯 למה מעשה קטן?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מעורבות חברתית לא חייבת להתחיל בפרויקט ענק. היא מתחילה בעין שרואה את מי שלידנו ובצעד קטן אחד: חיוך, הזמנה למשחק, הודעה תומכת או שעת התנדבות. באתר יש משחקים להקרנה, אתגר שבועי, צנצנת כיתתית ומתכנן מיזמים. כל רמה מקבלת תוכן אחר.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מטרות: לזהות הזדמנויות לעזרה ביומיום · לתרגל עזרה מכבדת (קודם שואלים) · לחוות את ההשפעה של מעשה קטן על הנותן/ת ועל המקבל/ת · אצל הגדולים: לעבור ממעשה אישי למיזם קהילתי.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מתאים ל: שיעור חינוך, פתיחת שבוע, ימי מעורבות ושבוע המעשים הטובים.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⏱️ גרסת 10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דקות</w:t>
            </w:r>
          </w:p>
        </w:tc>
        <w:tc>
          <w:tcPr>
            <w:tcW w:type="dxa" w:w="5103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rPr>
          <w:trHeight w:val="45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0–2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שאלה פותחת: ״מתי מישהו/י עשה לך משהו קטן ששימח אותך?״ שניים או שלושה משתפים.</w:t>
            </w:r>
          </w:p>
        </w:tc>
      </w:tr>
      <w:tr>
        <w:trPr>
          <w:trHeight w:val="45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2–7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מקרינים את ״🧠 זוגות של טוב״ (מצב הקרנה, שתי קבוצות). כל קבוצה שמוצאת זוג קוראת אותו בקול.</w:t>
            </w:r>
          </w:p>
        </w:tc>
      </w:tr>
      <w:tr>
        <w:trPr>
          <w:trHeight w:val="454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7–10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״🎲 האתגר השבועי״: מגרילים אתגר כיתתי לשבוע, או שכל אחד/ת בוחר/ת אתגר אישי. מסכמים: ״ביום שישי נבדוק כמה לבבות יש בצנצנת.״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🗓️ מערך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דקות</w:t>
            </w:r>
          </w:p>
        </w:tc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2"/>
                <w:rtl/>
                <w:szCs w:val="22"/>
                <w:bCs/>
              </w:rPr>
              <w:t>פירוט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0–5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סבב ״מעשה קטן שקיבלתי״. שאלה למליאה: מה ההבדל בין מעשה קטן לבין ״לא חשוב״? מה קורה לנו בגוף ובלב כשעוזרים לנו?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5–15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משחק זוגות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מקרינים את ״זוגות של טוב״ בשתי קבוצות. אחרי כל זוג שואלים: ״קרה לכם פעם דבר כזה?״ (חט״ע: מושג ↔ משמעות, עם דוגמה מהחיים).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15–25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מה עושים כש...?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״🤔 מה עושים כש...?״ במליאה או בזוגות. מתעכבים על ההסבר: למה זו הדרך הטובה? מה יכול לעצור אותנו? (פחד, ״זה לא שלי״, אפקט הצופה מהצד).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25–35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בינגו או מיזם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יסודי, עולים וחנ״מ: כל תלמיד/ה מקבל/ת לוח בינגו (מודפס או בטלפון) ומסמן/ת מה כבר עשה/תה. ״קריאת המורה״ למשחק כיתתי. חט״ב וחט״ע: בקבוצות של 4 בוחרים רעיון ב״🗺️ מתכננים מיזם״ וממלאים את שלושת השלבים הראשונים.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35–42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האתגר השבועי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אחד/ת בוחר/ת או מגריל/ה אתגר וממלא/ת ״הכרטיס שלי״ (במסך או בדף המודפס).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42–45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כל אחד/ת אומר/ת במשפט אחד: ״המעשה הקטן שלי השבוע יהיה...״. מוסיפים לב ראשון ל״🫶 צנצנת הכיתה״.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💡 המשך השבוע: בכל בוקר מוסיפים לצנצנת את המעשים מאתמול (אפשר בלי שמות). ביום שישי משחקים בינגו לסיכום ומדברים על מה שהרגשנו.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🧭 טיפים להנחיה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מתמקדים במעשה, לא במי שעשה אותו. לא משווים בין תלמידים, ובצנצנת אפשר להוסיף מעשה בלי שם.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עזרה מכבדת: חוזרים על הכלל ״קודם שואלים: רוצה עזרה?״. כך מכבדים את מי שמקבל/ת את העזרה.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כל אחד/ת יכול/ה לתת. גם מי שמתקשה בלימודים, עולים חדשים ותלמידי חנ״מ. מבליטים חוזקות שונות: להצחיק, להקשיב, לסדר, ללמד מילה בשפה אחרת.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מקשרים לחוסן: מעשה טוב מפעיל את ערוצי החברה, הרגש והאמונות בגש״ר מאח״ד (משמעות, ״אני חלק ממשהו״). כשמתלבטים או כועסים, עוצרים ונושמים לפני שמגיבים (עש״ן ד״ק). כשחבר/ה במצוקה, מעש״ה מזכיר להישאר לידו/ה, לעודד ולשאול שאלות.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חט״ב וחט״ע: מזמינים את התלמידים לחשוב גם על צדק חברתי ולא רק על חסד. שאלה לדיון: האם מעשה טוב פותר את הבעיה, או שצריך לשנות גם את המערכת?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עולים: משתמשים בבנק המילים המנוקד ומאפשרים לענות בציור או במחווה. אתגר ״מילה תמורת מילה״ הופך את השפה של התלמיד/ה לחוזקה.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חנ״מ: כרטיסי תמונה גדולים, הוראה אחת בכל פעם, הדגמה בגוף ועידוד מיידי. אפשר לשחק בזוגות עם מבוגר/ת.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🛟 מרחב בטוח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הפעילות עוסקת בנתינה ובעזרה, ולפעמים היא מעלה סיפורים אישיים: בדידות, קושי בבית או פגיעה ברשת. כמה כללים: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משתפים רק מה שנוח לשתף. מותר לומר ״אני מעדיף/ה לא״.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לא מספרים סיפורים מזהים על תלמידים אחרים (״מישהו/י״ ולא שם).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אנחנו כאן כדי לתמוך, וזה לא טיפול. כשעולה חשש, למשל מצוקה, פגיעה, בדידות קשה או סכנה, פונים ליועצת בו ביום. תלמידים יכולים לפנות גם לנאמני החוסן.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• מסבירים לתלמידים ש״לשמור סוד״ לא חל כשמישהו/י בסכנה. אז מספרים למבוגר/ת, וגם זה מעשה של חברות.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🖨️ דפים להדפסה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דף עבודה לכל רמה, יותר מ-150 לוחות בינגו ממוספרים (המספר תואם ללוח באתר), כרטיסי זוגות לגזירה, כרטיסי אתגר, כרזה ודף תכנון מיזם. כל הדפים ב-PDF וב-Word.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הדפים באתר: maase-katan-files.sites.tab.bot</w:t>
      </w: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