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🗺️ מתכננים מיזם מעורבות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רמה: 📘 חט״ב · 🎓 חט״ע   ·   שמות חברי/ות הקבוצה: 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שם המיזם: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1️⃣ הצורך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מה חסר או מפריע? למי? איך אנחנו יודעים?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2️⃣ המטרה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משפט אחד: מה ישתנה בזכות המיזם?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3️⃣ שותפים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עם מי עובדים? את מי צריך לשאול?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4️⃣ הפעולות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שלוש פעולות ראשונות ומי אחראי/ת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5️⃣ לוח זמנים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שבוע 1 / 2 / 3 – מתי מסיימים?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6️⃣ מדידה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איך נדע שהצלחנו?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7️⃣ אתגרים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מה עלול להשתבש ומה נעשה?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8️⃣ רפלקציה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מה למדתי? איזה ערוץ גש״ר מאח״ד הופעל?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🌱 פרויקט כיתתי קטן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רמה: 🌱 יסודי · 🟢 עולים · ⭐ חנ״מ   ·   מקיפים פרויקט אחד: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rHeight w:val="1701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פינת ספרים לשיתוף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פִּנַּת סְפָרִים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גינה קטנה לכיתה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גִּנָּה קְטַנָּה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ציורים לבית אבות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צִיּוּרִים לְסָבִים וְסָבְתוֹת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שומרי החצר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חָצֵר נְקִיָּה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מארחים לתלמידים חדשים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שָׁלוֹם לַחֲדָשִׁים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8"/>
                <w:rtl/>
                <w:szCs w:val="48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פינת מיחזור כיתתית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פִּנַּת מִחְזוּר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מה עושים?   מָה עוֹשִׂים?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מי עוזר/ת?   מִי עוֹזֵר?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מתי?   מָתַי?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ציור: הפרויקט שלנו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3402"/>
        </w:trPr>
        <w:tc>
          <w:tcPr>
            <w:tcW w:type="dxa" w:w="10206"/>
          </w:tcPr>
          <w:p>
            <w:pPr>
              <w:bidi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